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7D66F" w14:textId="77777777" w:rsidR="003C6025" w:rsidRDefault="00485F57">
      <w:pPr>
        <w:jc w:val="center"/>
      </w:pPr>
      <w:r>
        <w:rPr>
          <w:b/>
          <w:sz w:val="36"/>
        </w:rPr>
        <w:t>ТЕЛЕВИЗИЯ СТАРА ЗАГОРА</w:t>
      </w:r>
    </w:p>
    <w:p w14:paraId="270A4C13" w14:textId="77777777" w:rsidR="003C6025" w:rsidRDefault="00485F57">
      <w:pPr>
        <w:jc w:val="center"/>
      </w:pPr>
      <w:r>
        <w:rPr>
          <w:b/>
          <w:sz w:val="30"/>
        </w:rPr>
        <w:t>ОФЕРТА ЗА МЕДИЙНО ОТРАЗЯВАНЕ</w:t>
      </w:r>
    </w:p>
    <w:p w14:paraId="51153005" w14:textId="301C2431" w:rsidR="003C6025" w:rsidRDefault="00485F57">
      <w:pPr>
        <w:jc w:val="center"/>
      </w:pPr>
      <w:r>
        <w:rPr>
          <w:b/>
          <w:sz w:val="24"/>
        </w:rPr>
        <w:t>Избори за президент и вицепрезидент на Република България -</w:t>
      </w:r>
      <w:r>
        <w:rPr>
          <w:b/>
          <w:sz w:val="24"/>
        </w:rPr>
        <w:t xml:space="preserve"> 25 октомври 2026 г.</w:t>
      </w:r>
    </w:p>
    <w:p w14:paraId="34E015B8" w14:textId="55CA2027" w:rsidR="003C6025" w:rsidRDefault="00485F57">
      <w:pPr>
        <w:jc w:val="center"/>
      </w:pPr>
      <w:r>
        <w:rPr>
          <w:i/>
        </w:rPr>
        <w:t>Предизборна кампания: 25 септември -</w:t>
      </w:r>
      <w:r>
        <w:rPr>
          <w:i/>
        </w:rPr>
        <w:t xml:space="preserve"> 23 октомври 2026 г.</w:t>
      </w:r>
    </w:p>
    <w:p w14:paraId="13AE0EE2" w14:textId="77777777" w:rsidR="003C6025" w:rsidRDefault="00485F57">
      <w:r>
        <w:t xml:space="preserve">Телевизия Стара Загора предлага възможност за </w:t>
      </w:r>
      <w:r>
        <w:t>представяне на кандидатите за президент и вицепрезидент чрез телевизионно съдържание, интервюта, предизборни репортажи и дигитално присъствие в сайта и социалните канали на медията.</w:t>
      </w:r>
    </w:p>
    <w:p w14:paraId="6D52EFB8" w14:textId="157621D5" w:rsidR="003C6025" w:rsidRDefault="00485F57">
      <w:r>
        <w:rPr>
          <w:b/>
          <w:sz w:val="26"/>
        </w:rPr>
        <w:t>ПАКЕТ 1 -</w:t>
      </w:r>
      <w:r>
        <w:rPr>
          <w:b/>
          <w:sz w:val="26"/>
        </w:rPr>
        <w:t xml:space="preserve"> СТАНДАРТ</w:t>
      </w:r>
    </w:p>
    <w:p w14:paraId="21C34B60" w14:textId="56A555C2" w:rsidR="003C6025" w:rsidRDefault="00485F57">
      <w:pPr>
        <w:ind w:left="283" w:hanging="198"/>
      </w:pPr>
      <w:r>
        <w:rPr>
          <w:b/>
        </w:rPr>
        <w:t xml:space="preserve">• </w:t>
      </w:r>
      <w:r>
        <w:t>Излъчване на предизборни видеоклипове -</w:t>
      </w:r>
      <w:r>
        <w:t xml:space="preserve"> 8</w:t>
      </w:r>
      <w:r>
        <w:t xml:space="preserve"> пъти дневно, от които 4</w:t>
      </w:r>
      <w:r>
        <w:t xml:space="preserve"> в праймтайм.</w:t>
      </w:r>
    </w:p>
    <w:p w14:paraId="5C2F5A25" w14:textId="047E50F8" w:rsidR="003C6025" w:rsidRDefault="00485F57">
      <w:pPr>
        <w:ind w:left="283" w:hanging="198"/>
      </w:pPr>
      <w:r>
        <w:rPr>
          <w:b/>
        </w:rPr>
        <w:t xml:space="preserve">• </w:t>
      </w:r>
      <w:r>
        <w:t>Изработка и излъчване на предизборни репортажи -</w:t>
      </w:r>
      <w:r>
        <w:t xml:space="preserve"> до 15 минути общо за периода на кампанията.</w:t>
      </w:r>
    </w:p>
    <w:p w14:paraId="1FA22718" w14:textId="77777777" w:rsidR="003C6025" w:rsidRDefault="00485F57">
      <w:pPr>
        <w:ind w:left="283" w:hanging="198"/>
      </w:pPr>
      <w:r>
        <w:rPr>
          <w:b/>
        </w:rPr>
        <w:t xml:space="preserve">• </w:t>
      </w:r>
      <w:r>
        <w:t>Публикуване на репортажите в www.tvstz.com и Facebook страницата</w:t>
      </w:r>
      <w:r>
        <w:t xml:space="preserve"> на медията.</w:t>
      </w:r>
    </w:p>
    <w:p w14:paraId="2AC27B8B" w14:textId="2BA5A5FA" w:rsidR="003C6025" w:rsidRDefault="00485F57">
      <w:pPr>
        <w:ind w:left="283" w:hanging="198"/>
      </w:pPr>
      <w:r>
        <w:rPr>
          <w:b/>
        </w:rPr>
        <w:t xml:space="preserve">• </w:t>
      </w:r>
      <w:r>
        <w:t>Бонус: повторение на репортажите в сутрешния информационен блок -</w:t>
      </w:r>
      <w:r>
        <w:t xml:space="preserve"> 07:00-</w:t>
      </w:r>
      <w:r>
        <w:t>08:30 ч.</w:t>
      </w:r>
    </w:p>
    <w:p w14:paraId="020A4357" w14:textId="77777777" w:rsidR="003C6025" w:rsidRDefault="00485F57">
      <w:pPr>
        <w:ind w:left="283" w:hanging="198"/>
      </w:pPr>
      <w:r>
        <w:rPr>
          <w:b/>
        </w:rPr>
        <w:t xml:space="preserve">• </w:t>
      </w:r>
      <w:r>
        <w:t>Банерна реклама в www.tvstz.com.</w:t>
      </w:r>
    </w:p>
    <w:p w14:paraId="5EC60ACA" w14:textId="3625C001" w:rsidR="003C6025" w:rsidRDefault="00485F57">
      <w:pPr>
        <w:ind w:left="283" w:hanging="198"/>
      </w:pPr>
      <w:r>
        <w:rPr>
          <w:b/>
        </w:rPr>
        <w:t xml:space="preserve">• </w:t>
      </w:r>
      <w:r>
        <w:t>Участие в информационно-</w:t>
      </w:r>
      <w:r>
        <w:t>публицистичното предаване „Инфо Зона“ -</w:t>
      </w:r>
      <w:r>
        <w:t xml:space="preserve"> 4</w:t>
      </w:r>
      <w:r>
        <w:t xml:space="preserve"> участия.</w:t>
      </w:r>
    </w:p>
    <w:p w14:paraId="6E98CB56" w14:textId="7B0CAC48" w:rsidR="003C6025" w:rsidRDefault="00485F57">
      <w:pPr>
        <w:ind w:left="283" w:hanging="198"/>
      </w:pPr>
      <w:r>
        <w:rPr>
          <w:b/>
        </w:rPr>
        <w:t xml:space="preserve">• </w:t>
      </w:r>
      <w:r>
        <w:t>Бонус: 8</w:t>
      </w:r>
      <w:r>
        <w:t xml:space="preserve"> телевизионни повторения на интервюта</w:t>
      </w:r>
      <w:r>
        <w:t>/участия.</w:t>
      </w:r>
    </w:p>
    <w:p w14:paraId="76BD9EEB" w14:textId="303A380C" w:rsidR="003C6025" w:rsidRDefault="003C6025">
      <w:pPr>
        <w:ind w:left="283" w:hanging="198"/>
      </w:pPr>
    </w:p>
    <w:p w14:paraId="6386A72A" w14:textId="4A91DF9B" w:rsidR="003C6025" w:rsidRDefault="00485F57">
      <w:pPr>
        <w:jc w:val="right"/>
      </w:pPr>
      <w:r>
        <w:rPr>
          <w:b/>
          <w:sz w:val="28"/>
        </w:rPr>
        <w:t>5</w:t>
      </w:r>
      <w:r>
        <w:rPr>
          <w:b/>
          <w:sz w:val="28"/>
        </w:rPr>
        <w:t xml:space="preserve"> 000 €</w:t>
      </w:r>
    </w:p>
    <w:p w14:paraId="3FC7D199" w14:textId="3DA2B5FE" w:rsidR="003C6025" w:rsidRDefault="00485F57">
      <w:r>
        <w:rPr>
          <w:b/>
          <w:sz w:val="26"/>
        </w:rPr>
        <w:t>ПАКЕТ 2</w:t>
      </w:r>
      <w:r>
        <w:rPr>
          <w:b/>
          <w:sz w:val="26"/>
        </w:rPr>
        <w:t xml:space="preserve"> -</w:t>
      </w:r>
      <w:r>
        <w:rPr>
          <w:b/>
          <w:sz w:val="26"/>
        </w:rPr>
        <w:t xml:space="preserve"> МИНИМАЛЕН</w:t>
      </w:r>
    </w:p>
    <w:p w14:paraId="6FC09E2A" w14:textId="4C47DA89" w:rsidR="003C6025" w:rsidRDefault="00485F57">
      <w:pPr>
        <w:ind w:left="283" w:hanging="198"/>
      </w:pPr>
      <w:r>
        <w:rPr>
          <w:b/>
        </w:rPr>
        <w:t xml:space="preserve">• </w:t>
      </w:r>
      <w:r>
        <w:t>Излъчване на предизборни видеоклипове -</w:t>
      </w:r>
      <w:r>
        <w:t xml:space="preserve"> 3 пъти дневно.</w:t>
      </w:r>
    </w:p>
    <w:p w14:paraId="4B80AB51" w14:textId="19B61455" w:rsidR="003C6025" w:rsidRDefault="00485F57">
      <w:pPr>
        <w:ind w:left="283" w:hanging="198"/>
      </w:pPr>
      <w:r>
        <w:rPr>
          <w:b/>
        </w:rPr>
        <w:t xml:space="preserve">• </w:t>
      </w:r>
      <w:r>
        <w:t>Изработка и излъчване на предизборни репортажи -</w:t>
      </w:r>
      <w:r>
        <w:t xml:space="preserve"> до 6</w:t>
      </w:r>
      <w:r>
        <w:t xml:space="preserve"> минути общо за периода на кампанията.</w:t>
      </w:r>
    </w:p>
    <w:p w14:paraId="22391839" w14:textId="77777777" w:rsidR="003C6025" w:rsidRDefault="00485F57">
      <w:pPr>
        <w:ind w:left="283" w:hanging="198"/>
      </w:pPr>
      <w:r>
        <w:rPr>
          <w:b/>
        </w:rPr>
        <w:t xml:space="preserve">• </w:t>
      </w:r>
      <w:r>
        <w:t>Публикуване на репортажите в www.tvstz.com и Facebook страницата на медията.</w:t>
      </w:r>
    </w:p>
    <w:p w14:paraId="0362F55D" w14:textId="36DC9494" w:rsidR="003C6025" w:rsidRDefault="00485F57">
      <w:pPr>
        <w:ind w:left="283" w:hanging="198"/>
      </w:pPr>
      <w:r>
        <w:rPr>
          <w:b/>
        </w:rPr>
        <w:t xml:space="preserve">• </w:t>
      </w:r>
      <w:r>
        <w:t>Участие в информационно-</w:t>
      </w:r>
      <w:r>
        <w:t>публицистичното предаване „Инфо Зона“ -</w:t>
      </w:r>
      <w:r>
        <w:t xml:space="preserve"> 2 участия.</w:t>
      </w:r>
    </w:p>
    <w:p w14:paraId="7EA455C9" w14:textId="74D8A4C0" w:rsidR="00485F57" w:rsidRDefault="00485F57" w:rsidP="00485F57">
      <w:pPr>
        <w:ind w:left="283" w:hanging="198"/>
      </w:pPr>
      <w:r>
        <w:rPr>
          <w:b/>
        </w:rPr>
        <w:t xml:space="preserve">• </w:t>
      </w:r>
      <w:r>
        <w:t xml:space="preserve">Бонус: </w:t>
      </w:r>
      <w:r>
        <w:t>4</w:t>
      </w:r>
      <w:r>
        <w:t xml:space="preserve"> телевизионни повторения на интервюта/участия.</w:t>
      </w:r>
    </w:p>
    <w:p w14:paraId="347B9D69" w14:textId="77777777" w:rsidR="00485F57" w:rsidRDefault="00485F57" w:rsidP="00485F57">
      <w:pPr>
        <w:ind w:left="283" w:hanging="198"/>
      </w:pPr>
      <w:r>
        <w:rPr>
          <w:b/>
        </w:rPr>
        <w:t xml:space="preserve">• </w:t>
      </w:r>
      <w:r>
        <w:t>Банерна реклама в www.tvstz.com.</w:t>
      </w:r>
    </w:p>
    <w:p w14:paraId="363543ED" w14:textId="77777777" w:rsidR="00485F57" w:rsidRDefault="00485F57" w:rsidP="00485F57">
      <w:pPr>
        <w:ind w:left="283" w:hanging="198"/>
      </w:pPr>
    </w:p>
    <w:p w14:paraId="473CB2CE" w14:textId="77777777" w:rsidR="00485F57" w:rsidRDefault="00485F57">
      <w:pPr>
        <w:ind w:left="283" w:hanging="198"/>
      </w:pPr>
    </w:p>
    <w:p w14:paraId="6952FDFA" w14:textId="77777777" w:rsidR="003C6025" w:rsidRDefault="00485F57">
      <w:pPr>
        <w:jc w:val="right"/>
      </w:pPr>
      <w:r>
        <w:rPr>
          <w:b/>
          <w:sz w:val="28"/>
        </w:rPr>
        <w:t>2 500 €</w:t>
      </w:r>
    </w:p>
    <w:p w14:paraId="2FE6504A" w14:textId="77777777" w:rsidR="003C6025" w:rsidRDefault="00485F57">
      <w:r>
        <w:br w:type="page"/>
      </w:r>
    </w:p>
    <w:p w14:paraId="31A2F303" w14:textId="77777777" w:rsidR="003C6025" w:rsidRDefault="00485F57">
      <w:r>
        <w:rPr>
          <w:b/>
          <w:sz w:val="26"/>
        </w:rPr>
        <w:lastRenderedPageBreak/>
        <w:t>ДОПЪЛНИТЕЛНИ МЕДИЙНИ ВЪЗМОЖНОСТИ И ЦЕНИ</w:t>
      </w:r>
    </w:p>
    <w:p w14:paraId="5351828B" w14:textId="77777777" w:rsidR="003C6025" w:rsidRDefault="00485F57">
      <w:r>
        <w:t xml:space="preserve">Базови </w:t>
      </w:r>
      <w:r>
        <w:t>цени за излъчване на рекламни форми: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2578"/>
        <w:gridCol w:w="2578"/>
        <w:gridCol w:w="2578"/>
        <w:gridCol w:w="2578"/>
      </w:tblGrid>
      <w:tr w:rsidR="003C6025" w14:paraId="33E277F0" w14:textId="77777777">
        <w:trPr>
          <w:jc w:val="center"/>
        </w:trPr>
        <w:tc>
          <w:tcPr>
            <w:tcW w:w="2578" w:type="dxa"/>
          </w:tcPr>
          <w:p w14:paraId="790A0122" w14:textId="77777777" w:rsidR="003C6025" w:rsidRDefault="00485F57">
            <w:r>
              <w:t>Форма</w:t>
            </w:r>
          </w:p>
        </w:tc>
        <w:tc>
          <w:tcPr>
            <w:tcW w:w="2578" w:type="dxa"/>
          </w:tcPr>
          <w:p w14:paraId="0FDA721C" w14:textId="728FA671" w:rsidR="003C6025" w:rsidRDefault="00485F57">
            <w:r>
              <w:t>Сутрешен</w:t>
            </w:r>
            <w:r>
              <w:br/>
              <w:t>07:00-</w:t>
            </w:r>
            <w:r>
              <w:t>11:00</w:t>
            </w:r>
          </w:p>
        </w:tc>
        <w:tc>
          <w:tcPr>
            <w:tcW w:w="2578" w:type="dxa"/>
          </w:tcPr>
          <w:p w14:paraId="4A586048" w14:textId="3DF918B1" w:rsidR="003C6025" w:rsidRDefault="00485F57">
            <w:r>
              <w:t>Дневен</w:t>
            </w:r>
            <w:r>
              <w:br/>
              <w:t>11:00-</w:t>
            </w:r>
            <w:r>
              <w:t>18:00</w:t>
            </w:r>
          </w:p>
        </w:tc>
        <w:tc>
          <w:tcPr>
            <w:tcW w:w="2578" w:type="dxa"/>
          </w:tcPr>
          <w:p w14:paraId="3B728844" w14:textId="48114D12" w:rsidR="003C6025" w:rsidRDefault="00485F57">
            <w:r>
              <w:t>Вечерен</w:t>
            </w:r>
            <w:r>
              <w:br/>
              <w:t>18:00-</w:t>
            </w:r>
            <w:r>
              <w:t>00:00</w:t>
            </w:r>
          </w:p>
        </w:tc>
      </w:tr>
      <w:tr w:rsidR="003C6025" w14:paraId="345AE4F4" w14:textId="77777777">
        <w:trPr>
          <w:jc w:val="center"/>
        </w:trPr>
        <w:tc>
          <w:tcPr>
            <w:tcW w:w="2578" w:type="dxa"/>
          </w:tcPr>
          <w:p w14:paraId="122006DC" w14:textId="0A9EE6F1" w:rsidR="003C6025" w:rsidRDefault="00485F57">
            <w:r>
              <w:t>Клип -</w:t>
            </w:r>
            <w:r>
              <w:t xml:space="preserve"> €/секунда</w:t>
            </w:r>
          </w:p>
        </w:tc>
        <w:tc>
          <w:tcPr>
            <w:tcW w:w="2578" w:type="dxa"/>
          </w:tcPr>
          <w:p w14:paraId="71B3E323" w14:textId="77777777" w:rsidR="003C6025" w:rsidRDefault="00485F57">
            <w:r>
              <w:t>1</w:t>
            </w:r>
          </w:p>
        </w:tc>
        <w:tc>
          <w:tcPr>
            <w:tcW w:w="2578" w:type="dxa"/>
          </w:tcPr>
          <w:p w14:paraId="1D1D9EEB" w14:textId="77777777" w:rsidR="003C6025" w:rsidRDefault="00485F57">
            <w:r>
              <w:t>1</w:t>
            </w:r>
          </w:p>
        </w:tc>
        <w:tc>
          <w:tcPr>
            <w:tcW w:w="2578" w:type="dxa"/>
          </w:tcPr>
          <w:p w14:paraId="146651C0" w14:textId="77777777" w:rsidR="003C6025" w:rsidRDefault="00485F57">
            <w:r>
              <w:t>1</w:t>
            </w:r>
          </w:p>
        </w:tc>
      </w:tr>
      <w:tr w:rsidR="003C6025" w14:paraId="7D373F49" w14:textId="77777777">
        <w:trPr>
          <w:jc w:val="center"/>
        </w:trPr>
        <w:tc>
          <w:tcPr>
            <w:tcW w:w="2578" w:type="dxa"/>
          </w:tcPr>
          <w:p w14:paraId="1E0E32F1" w14:textId="7DE7241D" w:rsidR="003C6025" w:rsidRDefault="00485F57">
            <w:r>
              <w:t>Репортаж -</w:t>
            </w:r>
            <w:r>
              <w:t xml:space="preserve"> €/минута</w:t>
            </w:r>
          </w:p>
        </w:tc>
        <w:tc>
          <w:tcPr>
            <w:tcW w:w="2578" w:type="dxa"/>
          </w:tcPr>
          <w:p w14:paraId="21C51A46" w14:textId="33D76CC6" w:rsidR="003C6025" w:rsidRDefault="00485F57">
            <w:r>
              <w:t>100</w:t>
            </w:r>
          </w:p>
        </w:tc>
        <w:tc>
          <w:tcPr>
            <w:tcW w:w="2578" w:type="dxa"/>
          </w:tcPr>
          <w:p w14:paraId="218DB74A" w14:textId="660032D7" w:rsidR="003C6025" w:rsidRDefault="00485F57">
            <w:r>
              <w:t>100</w:t>
            </w:r>
          </w:p>
        </w:tc>
        <w:tc>
          <w:tcPr>
            <w:tcW w:w="2578" w:type="dxa"/>
          </w:tcPr>
          <w:p w14:paraId="54BD4CC7" w14:textId="1D95AA7B" w:rsidR="003C6025" w:rsidRDefault="00485F57">
            <w:r>
              <w:t>100</w:t>
            </w:r>
          </w:p>
        </w:tc>
      </w:tr>
      <w:tr w:rsidR="003C6025" w14:paraId="2C7BDD99" w14:textId="77777777">
        <w:trPr>
          <w:jc w:val="center"/>
        </w:trPr>
        <w:tc>
          <w:tcPr>
            <w:tcW w:w="2578" w:type="dxa"/>
          </w:tcPr>
          <w:p w14:paraId="4B83E149" w14:textId="5E8A0C82" w:rsidR="003C6025" w:rsidRDefault="00485F57">
            <w:r>
              <w:t>PR интервю / филм -</w:t>
            </w:r>
            <w:r>
              <w:t xml:space="preserve"> €/минута</w:t>
            </w:r>
          </w:p>
        </w:tc>
        <w:tc>
          <w:tcPr>
            <w:tcW w:w="2578" w:type="dxa"/>
          </w:tcPr>
          <w:p w14:paraId="1D667A79" w14:textId="249D8E69" w:rsidR="003C6025" w:rsidRDefault="00485F57">
            <w:r>
              <w:t>45</w:t>
            </w:r>
          </w:p>
        </w:tc>
        <w:tc>
          <w:tcPr>
            <w:tcW w:w="2578" w:type="dxa"/>
          </w:tcPr>
          <w:p w14:paraId="7F753C56" w14:textId="538A9B19" w:rsidR="003C6025" w:rsidRDefault="00485F57">
            <w:r>
              <w:t>45</w:t>
            </w:r>
          </w:p>
        </w:tc>
        <w:tc>
          <w:tcPr>
            <w:tcW w:w="2578" w:type="dxa"/>
          </w:tcPr>
          <w:p w14:paraId="4F989AEA" w14:textId="77F8DB2E" w:rsidR="003C6025" w:rsidRDefault="00485F57">
            <w:r>
              <w:t>45</w:t>
            </w:r>
          </w:p>
        </w:tc>
      </w:tr>
    </w:tbl>
    <w:p w14:paraId="26F10136" w14:textId="77777777" w:rsidR="003C6025" w:rsidRDefault="003C6025"/>
    <w:p w14:paraId="06C84B2A" w14:textId="77777777" w:rsidR="003C6025" w:rsidRDefault="00485F57">
      <w:r>
        <w:rPr>
          <w:b/>
          <w:sz w:val="26"/>
        </w:rPr>
        <w:t>НАДЦЕНКИ</w:t>
      </w:r>
    </w:p>
    <w:p w14:paraId="4CF835DE" w14:textId="5DA2B437" w:rsidR="003C6025" w:rsidRDefault="00485F57">
      <w:pPr>
        <w:ind w:left="283" w:hanging="198"/>
      </w:pPr>
      <w:r>
        <w:rPr>
          <w:b/>
        </w:rPr>
        <w:t xml:space="preserve">• </w:t>
      </w:r>
      <w:r>
        <w:t>Избор на място в рекламния блок -</w:t>
      </w:r>
      <w:r>
        <w:t xml:space="preserve"> +10%.</w:t>
      </w:r>
    </w:p>
    <w:p w14:paraId="6937548C" w14:textId="03FCAC4A" w:rsidR="003C6025" w:rsidRDefault="00485F57">
      <w:pPr>
        <w:ind w:left="283" w:hanging="198"/>
      </w:pPr>
      <w:r>
        <w:rPr>
          <w:b/>
        </w:rPr>
        <w:t xml:space="preserve">• </w:t>
      </w:r>
      <w:r>
        <w:t>Излъчване между „Новини“ и „Времето“ и между „Времето“ и „Спортът“ -</w:t>
      </w:r>
      <w:r>
        <w:t xml:space="preserve"> +50%.</w:t>
      </w:r>
    </w:p>
    <w:p w14:paraId="0AB362F8" w14:textId="7DC06A92" w:rsidR="003C6025" w:rsidRDefault="00485F57">
      <w:pPr>
        <w:ind w:left="283" w:hanging="198"/>
      </w:pPr>
      <w:r>
        <w:rPr>
          <w:b/>
        </w:rPr>
        <w:t xml:space="preserve">• </w:t>
      </w:r>
      <w:r>
        <w:t>Прекъсване на филм или публицистично предаване -</w:t>
      </w:r>
      <w:r>
        <w:t xml:space="preserve"> +50%.</w:t>
      </w:r>
    </w:p>
    <w:p w14:paraId="1EE86AFC" w14:textId="02666B54" w:rsidR="003C6025" w:rsidRDefault="00485F57">
      <w:pPr>
        <w:ind w:left="283" w:hanging="198"/>
      </w:pPr>
      <w:r>
        <w:rPr>
          <w:b/>
        </w:rPr>
        <w:t xml:space="preserve">• </w:t>
      </w:r>
      <w:r>
        <w:t>Политическа реклама -</w:t>
      </w:r>
      <w:r>
        <w:t xml:space="preserve"> +50% след начисляване на евентуални други надценки.</w:t>
      </w:r>
    </w:p>
    <w:p w14:paraId="555D0370" w14:textId="097EBFFE" w:rsidR="003C6025" w:rsidRDefault="00485F57">
      <w:pPr>
        <w:ind w:left="283" w:hanging="198"/>
      </w:pPr>
      <w:r>
        <w:rPr>
          <w:b/>
        </w:rPr>
        <w:t xml:space="preserve">• </w:t>
      </w:r>
      <w:r>
        <w:t>При други специфични условия -</w:t>
      </w:r>
      <w:r>
        <w:t xml:space="preserve"> по договаряне.</w:t>
      </w:r>
    </w:p>
    <w:p w14:paraId="3E7A07F1" w14:textId="77777777" w:rsidR="003C6025" w:rsidRDefault="00485F57">
      <w:r>
        <w:rPr>
          <w:b/>
          <w:sz w:val="26"/>
        </w:rPr>
        <w:t>УСЛОВИЯ</w:t>
      </w:r>
    </w:p>
    <w:p w14:paraId="6A8F816A" w14:textId="77777777" w:rsidR="003C6025" w:rsidRDefault="00485F57">
      <w:pPr>
        <w:ind w:left="283" w:hanging="198"/>
      </w:pPr>
      <w:r>
        <w:rPr>
          <w:b/>
        </w:rPr>
        <w:t xml:space="preserve">• </w:t>
      </w:r>
      <w:r>
        <w:t>Продължителността на излъчваните предизборни видеоклипове по пакетите е до 30 секунди.</w:t>
      </w:r>
    </w:p>
    <w:p w14:paraId="1E64A9AF" w14:textId="77777777" w:rsidR="003C6025" w:rsidRDefault="00485F57">
      <w:pPr>
        <w:ind w:left="283" w:hanging="198"/>
      </w:pPr>
      <w:r>
        <w:rPr>
          <w:b/>
        </w:rPr>
        <w:t xml:space="preserve">• </w:t>
      </w:r>
      <w:r>
        <w:t>Възможно е изработване на индивидуален пакет по догова</w:t>
      </w:r>
      <w:r>
        <w:t>ряне.</w:t>
      </w:r>
    </w:p>
    <w:p w14:paraId="16CE60D0" w14:textId="54805493" w:rsidR="003C6025" w:rsidRDefault="00485F57">
      <w:pPr>
        <w:ind w:left="283" w:hanging="198"/>
      </w:pPr>
      <w:r>
        <w:rPr>
          <w:b/>
        </w:rPr>
        <w:t xml:space="preserve">• </w:t>
      </w:r>
      <w:r>
        <w:t>Спонсорства и други рекламни отношения -</w:t>
      </w:r>
      <w:r>
        <w:t xml:space="preserve"> по договаряне.</w:t>
      </w:r>
    </w:p>
    <w:p w14:paraId="0664D4EC" w14:textId="66D6CE3A" w:rsidR="003C6025" w:rsidRDefault="00485F57">
      <w:pPr>
        <w:ind w:left="283" w:hanging="198"/>
      </w:pPr>
      <w:r>
        <w:rPr>
          <w:b/>
        </w:rPr>
        <w:t xml:space="preserve">• </w:t>
      </w:r>
      <w:r>
        <w:t>Обемни отстъпки -</w:t>
      </w:r>
      <w:r>
        <w:t xml:space="preserve"> по договаряне.</w:t>
      </w:r>
    </w:p>
    <w:p w14:paraId="65490E8A" w14:textId="77777777" w:rsidR="003C6025" w:rsidRDefault="00485F57">
      <w:pPr>
        <w:ind w:left="283" w:hanging="198"/>
      </w:pPr>
      <w:r>
        <w:rPr>
          <w:b/>
        </w:rPr>
        <w:t xml:space="preserve">• </w:t>
      </w:r>
      <w:r>
        <w:t>Плащане: авансово при сключване на договор или при други договорени условия.</w:t>
      </w:r>
    </w:p>
    <w:p w14:paraId="3EBFB5CD" w14:textId="34384212" w:rsidR="003C6025" w:rsidRDefault="00485F57">
      <w:pPr>
        <w:ind w:left="283" w:hanging="198"/>
      </w:pPr>
      <w:r>
        <w:rPr>
          <w:b/>
        </w:rPr>
        <w:t xml:space="preserve">• </w:t>
      </w:r>
      <w:r>
        <w:t>Всички цени в настоящата оферта са в евро и са без ДДС.</w:t>
      </w:r>
    </w:p>
    <w:p w14:paraId="5BAE4200" w14:textId="77777777" w:rsidR="003C6025" w:rsidRDefault="00485F57">
      <w:pPr>
        <w:ind w:left="283" w:hanging="198"/>
      </w:pPr>
      <w:r>
        <w:rPr>
          <w:b/>
        </w:rPr>
        <w:t xml:space="preserve">• </w:t>
      </w:r>
      <w:r>
        <w:t>Медийното отразяване се извършва при спазване на приложимите правила за предизборна агитация и политическа реклама.</w:t>
      </w:r>
    </w:p>
    <w:p w14:paraId="4726F39C" w14:textId="77777777" w:rsidR="003C6025" w:rsidRDefault="00485F57">
      <w:pPr>
        <w:jc w:val="center"/>
      </w:pPr>
      <w:r>
        <w:rPr>
          <w:b/>
        </w:rPr>
        <w:t>Телевизия Стара Загора | бул. „Цар Симеон Велики“ №105А</w:t>
      </w:r>
    </w:p>
    <w:sectPr w:rsidR="003C6025" w:rsidSect="00034616">
      <w:pgSz w:w="12240" w:h="15840"/>
      <w:pgMar w:top="907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6025"/>
    <w:rsid w:val="00485F5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BEFD53"/>
  <w14:defaultImageDpi w14:val="300"/>
  <w15:docId w15:val="{E482ECF5-A283-45AE-9E3C-86A008984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485F57"/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2013-12-23T23:15:00Z</dcterms:created>
  <dcterms:modified xsi:type="dcterms:W3CDTF">2026-09-24T18:41:00Z</dcterms:modified>
  <cp:category/>
</cp:coreProperties>
</file>